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45"/>
        <w:gridCol w:w="3642"/>
        <w:gridCol w:w="3647"/>
      </w:tblGrid>
      <w:tr w:rsidR="00FB68F8" w:rsidRPr="00AD3CD8">
        <w:trPr>
          <w:jc w:val="center"/>
        </w:trPr>
        <w:tc>
          <w:tcPr>
            <w:tcW w:w="364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D3CD8" w:rsidRPr="00AD3CD8" w:rsidRDefault="00AD3CD8" w:rsidP="00AD3CD8">
            <w:pPr>
              <w:spacing w:after="40"/>
              <w:rPr>
                <w:rFonts w:ascii="Trebuchet MS" w:hAnsi="Trebuchet MS"/>
                <w:b/>
                <w:sz w:val="17"/>
              </w:rPr>
            </w:pPr>
            <w:proofErr w:type="spellStart"/>
            <w:r w:rsidRPr="00AD3CD8">
              <w:rPr>
                <w:rFonts w:ascii="Trebuchet MS" w:hAnsi="Trebuchet MS"/>
                <w:sz w:val="17"/>
              </w:rPr>
              <w:t>Județul</w:t>
            </w:r>
            <w:proofErr w:type="spellEnd"/>
            <w:r w:rsidRPr="00AD3CD8">
              <w:rPr>
                <w:rFonts w:ascii="Trebuchet MS" w:hAnsi="Trebuchet MS"/>
                <w:sz w:val="17"/>
              </w:rPr>
              <w:t xml:space="preserve">: </w:t>
            </w:r>
            <w:r w:rsidRPr="00AD3CD8">
              <w:rPr>
                <w:rFonts w:ascii="Trebuchet MS" w:hAnsi="Trebuchet MS"/>
                <w:b/>
                <w:sz w:val="17"/>
              </w:rPr>
              <w:t>HARGHITA</w:t>
            </w:r>
          </w:p>
          <w:p w:rsidR="00FB68F8" w:rsidRPr="00AD3CD8" w:rsidRDefault="00AD3CD8" w:rsidP="00AD3CD8">
            <w:pPr>
              <w:spacing w:after="40"/>
              <w:rPr>
                <w:rFonts w:ascii="Trebuchet MS" w:hAnsi="Trebuchet MS"/>
              </w:rPr>
            </w:pPr>
            <w:proofErr w:type="spellStart"/>
            <w:r w:rsidRPr="00AD3CD8">
              <w:rPr>
                <w:rFonts w:ascii="Trebuchet MS" w:hAnsi="Trebuchet MS"/>
                <w:sz w:val="17"/>
              </w:rPr>
              <w:t>Autoritatea</w:t>
            </w:r>
            <w:proofErr w:type="spellEnd"/>
            <w:r w:rsidRPr="00AD3CD8">
              <w:rPr>
                <w:rFonts w:ascii="Trebuchet MS" w:hAnsi="Trebuchet MS"/>
                <w:sz w:val="17"/>
              </w:rPr>
              <w:t xml:space="preserve"> </w:t>
            </w:r>
            <w:proofErr w:type="spellStart"/>
            <w:r w:rsidRPr="00AD3CD8">
              <w:rPr>
                <w:rFonts w:ascii="Trebuchet MS" w:hAnsi="Trebuchet MS"/>
                <w:sz w:val="17"/>
              </w:rPr>
              <w:t>administrației</w:t>
            </w:r>
            <w:proofErr w:type="spellEnd"/>
            <w:r w:rsidRPr="00AD3CD8">
              <w:rPr>
                <w:rFonts w:ascii="Trebuchet MS" w:hAnsi="Trebuchet MS"/>
                <w:sz w:val="17"/>
              </w:rPr>
              <w:t xml:space="preserve"> </w:t>
            </w:r>
            <w:proofErr w:type="spellStart"/>
            <w:r w:rsidRPr="00AD3CD8">
              <w:rPr>
                <w:rFonts w:ascii="Trebuchet MS" w:hAnsi="Trebuchet MS"/>
                <w:sz w:val="17"/>
              </w:rPr>
              <w:t>publice</w:t>
            </w:r>
            <w:proofErr w:type="spellEnd"/>
            <w:r w:rsidRPr="00AD3CD8">
              <w:rPr>
                <w:rFonts w:ascii="Trebuchet MS" w:hAnsi="Trebuchet MS"/>
                <w:sz w:val="17"/>
              </w:rPr>
              <w:t xml:space="preserve">: </w:t>
            </w:r>
            <w:r w:rsidRPr="00AD3CD8">
              <w:rPr>
                <w:rFonts w:ascii="Trebuchet MS" w:hAnsi="Trebuchet MS"/>
                <w:b/>
                <w:sz w:val="17"/>
              </w:rPr>
              <w:t>COMUNA LĂZAREA</w:t>
            </w:r>
            <w:r w:rsidRPr="00AD3CD8">
              <w:rPr>
                <w:rFonts w:ascii="Trebuchet MS" w:hAnsi="Trebuchet MS"/>
                <w:sz w:val="17"/>
              </w:rPr>
              <w:br/>
            </w:r>
            <w:proofErr w:type="spellStart"/>
            <w:r w:rsidRPr="00AD3CD8">
              <w:rPr>
                <w:rFonts w:ascii="Trebuchet MS" w:hAnsi="Trebuchet MS"/>
                <w:sz w:val="17"/>
              </w:rPr>
              <w:t>Adresa</w:t>
            </w:r>
            <w:proofErr w:type="spellEnd"/>
            <w:r w:rsidRPr="00AD3CD8">
              <w:rPr>
                <w:rFonts w:ascii="Trebuchet MS" w:hAnsi="Trebuchet MS"/>
                <w:sz w:val="17"/>
              </w:rPr>
              <w:t xml:space="preserve"> </w:t>
            </w:r>
            <w:proofErr w:type="spellStart"/>
            <w:r w:rsidRPr="00AD3CD8">
              <w:rPr>
                <w:rFonts w:ascii="Trebuchet MS" w:hAnsi="Trebuchet MS"/>
                <w:sz w:val="17"/>
              </w:rPr>
              <w:t>oficială</w:t>
            </w:r>
            <w:proofErr w:type="spellEnd"/>
            <w:r w:rsidRPr="00AD3CD8">
              <w:rPr>
                <w:rFonts w:ascii="Trebuchet MS" w:hAnsi="Trebuchet MS"/>
                <w:sz w:val="17"/>
              </w:rPr>
              <w:t xml:space="preserve">: </w:t>
            </w:r>
            <w:proofErr w:type="spellStart"/>
            <w:r w:rsidRPr="00AD3CD8">
              <w:rPr>
                <w:rFonts w:ascii="Trebuchet MS" w:hAnsi="Trebuchet MS"/>
                <w:sz w:val="17"/>
              </w:rPr>
              <w:t>sediul</w:t>
            </w:r>
            <w:proofErr w:type="spellEnd"/>
            <w:r w:rsidRPr="00AD3CD8">
              <w:rPr>
                <w:rFonts w:ascii="Trebuchet MS" w:hAnsi="Trebuchet MS"/>
                <w:sz w:val="17"/>
              </w:rPr>
              <w:t xml:space="preserve"> / </w:t>
            </w:r>
            <w:proofErr w:type="spellStart"/>
            <w:r w:rsidRPr="00AD3CD8">
              <w:rPr>
                <w:rFonts w:ascii="Trebuchet MS" w:hAnsi="Trebuchet MS"/>
                <w:sz w:val="17"/>
              </w:rPr>
              <w:t>telefon</w:t>
            </w:r>
            <w:proofErr w:type="spellEnd"/>
            <w:r w:rsidRPr="00AD3CD8">
              <w:rPr>
                <w:rFonts w:ascii="Trebuchet MS" w:hAnsi="Trebuchet MS"/>
                <w:sz w:val="17"/>
              </w:rPr>
              <w:t xml:space="preserve"> / e-mail: </w:t>
            </w:r>
            <w:proofErr w:type="spellStart"/>
            <w:r w:rsidRPr="00AD3CD8">
              <w:rPr>
                <w:rFonts w:ascii="Trebuchet MS" w:hAnsi="Trebuchet MS"/>
                <w:b/>
                <w:sz w:val="17"/>
              </w:rPr>
              <w:t>Lăzarea</w:t>
            </w:r>
            <w:proofErr w:type="spellEnd"/>
            <w:r w:rsidRPr="00AD3CD8">
              <w:rPr>
                <w:rFonts w:ascii="Trebuchet MS" w:hAnsi="Trebuchet MS"/>
                <w:b/>
                <w:sz w:val="17"/>
              </w:rPr>
              <w:t>, nr.702, primaria.lazarea@yahoo.com</w:t>
            </w:r>
            <w:r w:rsidRPr="00AD3CD8">
              <w:rPr>
                <w:rFonts w:ascii="Trebuchet MS" w:hAnsi="Trebuchet MS"/>
                <w:b/>
                <w:sz w:val="17"/>
              </w:rPr>
              <w:br/>
            </w:r>
            <w:r w:rsidRPr="00AD3CD8">
              <w:rPr>
                <w:rFonts w:ascii="Trebuchet MS" w:hAnsi="Trebuchet MS"/>
                <w:sz w:val="17"/>
              </w:rPr>
              <w:t xml:space="preserve">CIF: </w:t>
            </w:r>
            <w:r w:rsidRPr="00AD3CD8">
              <w:rPr>
                <w:rFonts w:ascii="Trebuchet MS" w:hAnsi="Trebuchet MS"/>
                <w:b/>
                <w:sz w:val="17"/>
              </w:rPr>
              <w:t>4368006</w:t>
            </w:r>
          </w:p>
        </w:tc>
        <w:tc>
          <w:tcPr>
            <w:tcW w:w="364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D3CD8" w:rsidRDefault="00AD3CD8">
            <w:pPr>
              <w:jc w:val="center"/>
              <w:rPr>
                <w:rFonts w:ascii="Trebuchet MS" w:hAnsi="Trebuchet MS"/>
                <w:b/>
                <w:sz w:val="17"/>
              </w:rPr>
            </w:pPr>
            <w:r w:rsidRPr="00E17DAF">
              <w:rPr>
                <w:rFonts w:ascii="Trebuchet MS" w:hAnsi="Trebuchet MS"/>
                <w:noProof/>
              </w:rPr>
              <w:drawing>
                <wp:anchor distT="0" distB="0" distL="114300" distR="114300" simplePos="0" relativeHeight="251659264" behindDoc="0" locked="0" layoutInCell="1" allowOverlap="1" wp14:anchorId="4E2F7D48" wp14:editId="0EE62114">
                  <wp:simplePos x="0" y="0"/>
                  <wp:positionH relativeFrom="margin">
                    <wp:posOffset>804545</wp:posOffset>
                  </wp:positionH>
                  <wp:positionV relativeFrom="margin">
                    <wp:posOffset>2540</wp:posOffset>
                  </wp:positionV>
                  <wp:extent cx="522605" cy="752475"/>
                  <wp:effectExtent l="0" t="0" r="0" b="9525"/>
                  <wp:wrapNone/>
                  <wp:docPr id="2" name="Kép 2" descr="C:\Users\Legion\AppData\Local\Microsoft\Windows\INetCache\Content.Word\josa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Legion\AppData\Local\Microsoft\Windows\INetCache\Content.Word\josa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D3CD8">
              <w:rPr>
                <w:rFonts w:ascii="Trebuchet MS" w:hAnsi="Trebuchet MS"/>
                <w:b/>
                <w:sz w:val="17"/>
              </w:rPr>
              <w:br/>
            </w:r>
          </w:p>
          <w:p w:rsidR="00AD3CD8" w:rsidRDefault="00AD3CD8" w:rsidP="00AD3CD8">
            <w:pPr>
              <w:rPr>
                <w:rFonts w:ascii="Trebuchet MS" w:hAnsi="Trebuchet MS"/>
                <w:b/>
                <w:sz w:val="17"/>
              </w:rPr>
            </w:pPr>
          </w:p>
          <w:p w:rsidR="00AD3CD8" w:rsidRDefault="00AD3CD8" w:rsidP="00AD3CD8">
            <w:pPr>
              <w:rPr>
                <w:rFonts w:ascii="Trebuchet MS" w:hAnsi="Trebuchet MS"/>
                <w:b/>
                <w:sz w:val="17"/>
              </w:rPr>
            </w:pPr>
          </w:p>
          <w:p w:rsidR="00FB68F8" w:rsidRPr="00AD3CD8" w:rsidRDefault="00AD3CD8" w:rsidP="00AD3CD8">
            <w:pPr>
              <w:spacing w:after="0"/>
              <w:jc w:val="center"/>
              <w:rPr>
                <w:rFonts w:ascii="Trebuchet MS" w:hAnsi="Trebuchet MS"/>
              </w:rPr>
            </w:pPr>
            <w:r w:rsidRPr="00AD3CD8">
              <w:rPr>
                <w:rFonts w:ascii="Trebuchet MS" w:hAnsi="Trebuchet MS"/>
                <w:b/>
                <w:sz w:val="17"/>
              </w:rPr>
              <w:t xml:space="preserve">F_A_02 - </w:t>
            </w:r>
            <w:proofErr w:type="spellStart"/>
            <w:r w:rsidRPr="00AD3CD8">
              <w:rPr>
                <w:rFonts w:ascii="Trebuchet MS" w:hAnsi="Trebuchet MS"/>
                <w:b/>
                <w:sz w:val="17"/>
              </w:rPr>
              <w:t>versiunea</w:t>
            </w:r>
            <w:proofErr w:type="spellEnd"/>
            <w:r w:rsidRPr="00AD3CD8">
              <w:rPr>
                <w:rFonts w:ascii="Trebuchet MS" w:hAnsi="Trebuchet MS"/>
                <w:b/>
                <w:sz w:val="17"/>
              </w:rPr>
              <w:t xml:space="preserve"> 1.0</w:t>
            </w:r>
          </w:p>
        </w:tc>
        <w:tc>
          <w:tcPr>
            <w:tcW w:w="364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FB68F8" w:rsidRPr="00AD3CD8" w:rsidRDefault="00AD3CD8">
            <w:pPr>
              <w:rPr>
                <w:rFonts w:ascii="Trebuchet MS" w:hAnsi="Trebuchet MS"/>
              </w:rPr>
            </w:pPr>
            <w:r w:rsidRPr="00AD3CD8">
              <w:rPr>
                <w:rFonts w:ascii="Trebuchet MS" w:hAnsi="Trebuchet MS"/>
                <w:i/>
                <w:sz w:val="16"/>
              </w:rPr>
              <w:t>Număr de înregistrare: .....................</w:t>
            </w:r>
            <w:r w:rsidRPr="00AD3CD8">
              <w:rPr>
                <w:rFonts w:ascii="Trebuchet MS" w:hAnsi="Trebuchet MS"/>
                <w:i/>
                <w:sz w:val="16"/>
              </w:rPr>
              <w:br/>
              <w:t>Data: ...................................................</w:t>
            </w:r>
            <w:r w:rsidRPr="00AD3CD8">
              <w:rPr>
                <w:rFonts w:ascii="Trebuchet MS" w:hAnsi="Trebuchet MS"/>
                <w:i/>
                <w:sz w:val="16"/>
              </w:rPr>
              <w:br/>
              <w:t>(se completează de autoritate)</w:t>
            </w:r>
          </w:p>
        </w:tc>
      </w:tr>
      <w:tr w:rsidR="00FB68F8" w:rsidRPr="00AD3CD8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FB68F8" w:rsidRPr="00AD3CD8" w:rsidRDefault="00AD3CD8">
            <w:pPr>
              <w:jc w:val="center"/>
              <w:rPr>
                <w:rFonts w:ascii="Trebuchet MS" w:hAnsi="Trebuchet MS"/>
              </w:rPr>
            </w:pPr>
            <w:bookmarkStart w:id="0" w:name="_GoBack"/>
            <w:r w:rsidRPr="00AD3CD8">
              <w:rPr>
                <w:rFonts w:ascii="Trebuchet MS" w:hAnsi="Trebuchet MS"/>
                <w:b/>
                <w:sz w:val="21"/>
              </w:rPr>
              <w:t>CERERE PENTRU PRELUNGIREA DURATEI DE EXECUȚIE / VALABILITĂȚII AUTORIZAȚIEI</w:t>
            </w:r>
          </w:p>
        </w:tc>
      </w:tr>
      <w:bookmarkEnd w:id="0"/>
    </w:tbl>
    <w:p w:rsidR="00FB68F8" w:rsidRPr="00AD3CD8" w:rsidRDefault="00FB68F8">
      <w:pPr>
        <w:spacing w:after="80"/>
        <w:rPr>
          <w:rFonts w:ascii="Trebuchet MS" w:hAnsi="Trebuchet MS"/>
        </w:rPr>
      </w:pPr>
    </w:p>
    <w:p w:rsidR="00FB68F8" w:rsidRPr="00AD3CD8" w:rsidRDefault="00AD3CD8">
      <w:pPr>
        <w:rPr>
          <w:rFonts w:ascii="Trebuchet MS" w:hAnsi="Trebuchet MS"/>
        </w:rPr>
      </w:pPr>
      <w:r w:rsidRPr="00AD3CD8">
        <w:rPr>
          <w:rFonts w:ascii="Trebuchet MS" w:hAnsi="Trebuchet MS"/>
          <w:b/>
        </w:rPr>
        <w:t>1. CĂTRE</w:t>
      </w:r>
    </w:p>
    <w:p w:rsidR="00FB68F8" w:rsidRPr="00AD3CD8" w:rsidRDefault="00AD3CD8">
      <w:pPr>
        <w:rPr>
          <w:rFonts w:ascii="Trebuchet MS" w:hAnsi="Trebuchet MS"/>
        </w:rPr>
      </w:pPr>
      <w:r w:rsidRPr="00AD3CD8">
        <w:rPr>
          <w:rFonts w:ascii="Trebuchet MS" w:hAnsi="Trebuchet MS"/>
        </w:rPr>
        <w:t xml:space="preserve">Instituția: </w:t>
      </w:r>
      <w:sdt>
        <w:sdtPr>
          <w:rPr>
            <w:rFonts w:ascii="Trebuchet MS" w:hAnsi="Trebuchet MS"/>
          </w:rPr>
          <w:id w:val="19056357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D3CD8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AD3CD8">
        <w:rPr>
          <w:rFonts w:ascii="Trebuchet MS" w:hAnsi="Trebuchet MS"/>
          <w:sz w:val="18"/>
        </w:rPr>
        <w:t xml:space="preserve"> primă</w:t>
      </w:r>
      <w:r w:rsidRPr="00AD3CD8">
        <w:rPr>
          <w:rFonts w:ascii="Trebuchet MS" w:hAnsi="Trebuchet MS"/>
          <w:sz w:val="18"/>
        </w:rPr>
        <w:t>ria municipiului / orașului / comunei</w:t>
      </w:r>
      <w:r w:rsidRPr="00AD3CD8">
        <w:rPr>
          <w:rFonts w:ascii="Trebuchet MS" w:hAnsi="Trebuchet MS"/>
        </w:rPr>
        <w:t xml:space="preserve">     </w:t>
      </w:r>
      <w:sdt>
        <w:sdtPr>
          <w:rPr>
            <w:rFonts w:ascii="Trebuchet MS" w:hAnsi="Trebuchet MS"/>
          </w:rPr>
          <w:id w:val="1585027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D3CD8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AD3CD8">
        <w:rPr>
          <w:rFonts w:ascii="Trebuchet MS" w:hAnsi="Trebuchet MS"/>
          <w:sz w:val="18"/>
        </w:rPr>
        <w:t xml:space="preserve"> primăria de sector</w:t>
      </w:r>
      <w:r w:rsidRPr="00AD3CD8">
        <w:rPr>
          <w:rFonts w:ascii="Trebuchet MS" w:hAnsi="Trebuchet MS"/>
        </w:rPr>
        <w:t xml:space="preserve">     </w:t>
      </w:r>
      <w:sdt>
        <w:sdtPr>
          <w:rPr>
            <w:rFonts w:ascii="Trebuchet MS" w:hAnsi="Trebuchet MS"/>
          </w:rPr>
          <w:id w:val="-550154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D3CD8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AD3CD8">
        <w:rPr>
          <w:rFonts w:ascii="Trebuchet MS" w:hAnsi="Trebuchet MS"/>
          <w:sz w:val="18"/>
        </w:rPr>
        <w:t xml:space="preserve"> consiliul județean</w:t>
      </w:r>
    </w:p>
    <w:p w:rsidR="00FB68F8" w:rsidRPr="00AD3CD8" w:rsidRDefault="00AD3CD8">
      <w:pPr>
        <w:spacing w:after="80"/>
        <w:rPr>
          <w:rFonts w:ascii="Trebuchet MS" w:hAnsi="Trebuchet MS"/>
        </w:rPr>
      </w:pPr>
      <w:r w:rsidRPr="00AD3CD8">
        <w:rPr>
          <w:rFonts w:ascii="Trebuchet MS" w:hAnsi="Trebuchet MS"/>
          <w:i/>
          <w:sz w:val="16"/>
        </w:rPr>
        <w:t>Cererea va fi transmisă către președintele consiliului județean, primarul general, primarul de sector sau primarul municipiului/orașului/comunei, după caz.</w:t>
      </w:r>
    </w:p>
    <w:p w:rsidR="00FB68F8" w:rsidRPr="00AD3CD8" w:rsidRDefault="00AD3CD8">
      <w:pPr>
        <w:rPr>
          <w:rFonts w:ascii="Trebuchet MS" w:hAnsi="Trebuchet MS"/>
        </w:rPr>
      </w:pPr>
      <w:r w:rsidRPr="00AD3CD8">
        <w:rPr>
          <w:rFonts w:ascii="Trebuchet MS" w:hAnsi="Trebuchet MS"/>
          <w:b/>
        </w:rPr>
        <w:t>2. SOLIC</w:t>
      </w:r>
      <w:r w:rsidRPr="00AD3CD8">
        <w:rPr>
          <w:rFonts w:ascii="Trebuchet MS" w:hAnsi="Trebuchet MS"/>
          <w:b/>
        </w:rPr>
        <w:t>ITANTUL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466"/>
        <w:gridCol w:w="5468"/>
      </w:tblGrid>
      <w:tr w:rsidR="00FB68F8" w:rsidRPr="00AD3CD8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FB68F8" w:rsidRPr="00AD3CD8" w:rsidRDefault="00AD3CD8">
            <w:pPr>
              <w:rPr>
                <w:rFonts w:ascii="Trebuchet MS" w:hAnsi="Trebuchet MS"/>
              </w:rPr>
            </w:pPr>
            <w:r w:rsidRPr="00AD3CD8">
              <w:rPr>
                <w:rFonts w:ascii="Trebuchet MS" w:hAnsi="Trebuchet MS"/>
                <w:sz w:val="17"/>
              </w:rPr>
              <w:t xml:space="preserve">Nume și prenume: 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FB68F8" w:rsidRPr="00AD3CD8" w:rsidRDefault="00AD3CD8">
            <w:pPr>
              <w:rPr>
                <w:rFonts w:ascii="Trebuchet MS" w:hAnsi="Trebuchet MS"/>
              </w:rPr>
            </w:pPr>
            <w:r w:rsidRPr="00AD3CD8">
              <w:rPr>
                <w:rFonts w:ascii="Trebuchet MS" w:hAnsi="Trebuchet MS"/>
                <w:sz w:val="17"/>
              </w:rPr>
              <w:t xml:space="preserve">CNP: </w:t>
            </w:r>
          </w:p>
        </w:tc>
      </w:tr>
      <w:tr w:rsidR="00FB68F8" w:rsidRPr="00AD3CD8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FB68F8" w:rsidRPr="00AD3CD8" w:rsidRDefault="00AD3CD8">
            <w:pPr>
              <w:rPr>
                <w:rFonts w:ascii="Trebuchet MS" w:hAnsi="Trebuchet MS"/>
              </w:rPr>
            </w:pPr>
            <w:r w:rsidRPr="00AD3CD8">
              <w:rPr>
                <w:rFonts w:ascii="Trebuchet MS" w:hAnsi="Trebuchet MS"/>
                <w:sz w:val="17"/>
              </w:rPr>
              <w:t>Act de identitate: Seria ....... Nr. ............</w:t>
            </w:r>
            <w:r w:rsidRPr="00AD3CD8">
              <w:rPr>
                <w:rFonts w:ascii="Trebuchet MS" w:hAnsi="Trebuchet MS"/>
                <w:sz w:val="17"/>
              </w:rPr>
              <w:br/>
              <w:t>Eliberat de: ................... La data: .........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FB68F8" w:rsidRPr="00AD3CD8" w:rsidRDefault="00AD3CD8">
            <w:pPr>
              <w:rPr>
                <w:rFonts w:ascii="Trebuchet MS" w:hAnsi="Trebuchet MS"/>
              </w:rPr>
            </w:pPr>
            <w:r w:rsidRPr="00AD3CD8">
              <w:rPr>
                <w:rFonts w:ascii="Trebuchet MS" w:hAnsi="Trebuchet MS"/>
                <w:sz w:val="17"/>
              </w:rPr>
              <w:t>Domiciliul: Județul ........................................</w:t>
            </w:r>
            <w:r w:rsidRPr="00AD3CD8">
              <w:rPr>
                <w:rFonts w:ascii="Trebuchet MS" w:hAnsi="Trebuchet MS"/>
                <w:sz w:val="17"/>
              </w:rPr>
              <w:br/>
              <w:t>Municipiul/orașul/comuna: ...........................</w:t>
            </w:r>
            <w:r w:rsidRPr="00AD3CD8">
              <w:rPr>
                <w:rFonts w:ascii="Trebuchet MS" w:hAnsi="Trebuchet MS"/>
                <w:sz w:val="17"/>
              </w:rPr>
              <w:br/>
            </w:r>
            <w:r w:rsidRPr="00AD3CD8">
              <w:rPr>
                <w:rFonts w:ascii="Trebuchet MS" w:hAnsi="Trebuchet MS"/>
                <w:sz w:val="17"/>
              </w:rPr>
              <w:t>Sat/sector: .................... Str. ............................</w:t>
            </w:r>
            <w:r w:rsidRPr="00AD3CD8">
              <w:rPr>
                <w:rFonts w:ascii="Trebuchet MS" w:hAnsi="Trebuchet MS"/>
                <w:sz w:val="17"/>
              </w:rPr>
              <w:br/>
              <w:t>Nr. .... Sc. .... Et. .... Ap. .... Cod poștal ..........</w:t>
            </w:r>
          </w:p>
        </w:tc>
      </w:tr>
      <w:tr w:rsidR="00FB68F8" w:rsidRPr="00AD3CD8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FB68F8" w:rsidRPr="00AD3CD8" w:rsidRDefault="00AD3CD8">
            <w:pPr>
              <w:rPr>
                <w:rFonts w:ascii="Trebuchet MS" w:hAnsi="Trebuchet MS"/>
              </w:rPr>
            </w:pPr>
            <w:r w:rsidRPr="00AD3CD8">
              <w:rPr>
                <w:rFonts w:ascii="Trebuchet MS" w:hAnsi="Trebuchet MS"/>
                <w:sz w:val="17"/>
              </w:rPr>
              <w:t>Telefon/Fax: .......................................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FB68F8" w:rsidRPr="00AD3CD8" w:rsidRDefault="00AD3CD8">
            <w:pPr>
              <w:rPr>
                <w:rFonts w:ascii="Trebuchet MS" w:hAnsi="Trebuchet MS"/>
              </w:rPr>
            </w:pPr>
            <w:r w:rsidRPr="00AD3CD8">
              <w:rPr>
                <w:rFonts w:ascii="Trebuchet MS" w:hAnsi="Trebuchet MS"/>
                <w:sz w:val="17"/>
              </w:rPr>
              <w:t>E-mail: ....................................................</w:t>
            </w:r>
          </w:p>
        </w:tc>
      </w:tr>
      <w:tr w:rsidR="00FB68F8" w:rsidRPr="00AD3CD8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FB68F8" w:rsidRPr="00AD3CD8" w:rsidRDefault="00AD3CD8">
            <w:pPr>
              <w:rPr>
                <w:rFonts w:ascii="Trebuchet MS" w:hAnsi="Trebuchet MS"/>
              </w:rPr>
            </w:pPr>
            <w:r w:rsidRPr="00AD3CD8">
              <w:rPr>
                <w:rFonts w:ascii="Trebuchet MS" w:hAnsi="Trebuchet MS"/>
                <w:sz w:val="17"/>
              </w:rPr>
              <w:t xml:space="preserve">În calitate de </w:t>
            </w:r>
            <w:r w:rsidRPr="00AD3CD8">
              <w:rPr>
                <w:rFonts w:ascii="Trebuchet MS" w:hAnsi="Trebuchet MS"/>
                <w:sz w:val="17"/>
              </w:rPr>
              <w:t>reprezentant al: .....................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FB68F8" w:rsidRPr="00AD3CD8" w:rsidRDefault="00AD3CD8">
            <w:pPr>
              <w:rPr>
                <w:rFonts w:ascii="Trebuchet MS" w:hAnsi="Trebuchet MS"/>
              </w:rPr>
            </w:pPr>
            <w:r w:rsidRPr="00AD3CD8">
              <w:rPr>
                <w:rFonts w:ascii="Trebuchet MS" w:hAnsi="Trebuchet MS"/>
                <w:sz w:val="17"/>
              </w:rPr>
              <w:t>CUI/CIF: ....................................................</w:t>
            </w:r>
          </w:p>
        </w:tc>
      </w:tr>
    </w:tbl>
    <w:p w:rsidR="00FB68F8" w:rsidRPr="00AD3CD8" w:rsidRDefault="00FB68F8">
      <w:pPr>
        <w:spacing w:after="60"/>
        <w:rPr>
          <w:rFonts w:ascii="Trebuchet MS" w:hAnsi="Trebuchet MS"/>
        </w:rPr>
      </w:pPr>
    </w:p>
    <w:p w:rsidR="00FB68F8" w:rsidRPr="00AD3CD8" w:rsidRDefault="00AD3CD8">
      <w:pPr>
        <w:rPr>
          <w:rFonts w:ascii="Trebuchet MS" w:hAnsi="Trebuchet MS"/>
        </w:rPr>
      </w:pPr>
      <w:r w:rsidRPr="00AD3CD8">
        <w:rPr>
          <w:rFonts w:ascii="Trebuchet MS" w:hAnsi="Trebuchet MS"/>
        </w:rPr>
        <w:t>3. AUTORIZAȚIA DE CONSTRUIRE: Nr. .................... din .................... Emisă de ....................................................</w:t>
      </w:r>
      <w:r w:rsidRPr="00AD3CD8">
        <w:rPr>
          <w:rFonts w:ascii="Trebuchet MS" w:hAnsi="Trebuchet MS"/>
        </w:rPr>
        <w:br/>
        <w:t xml:space="preserve">în temeiul </w:t>
      </w:r>
      <w:r w:rsidRPr="00AD3CD8">
        <w:rPr>
          <w:rFonts w:ascii="Trebuchet MS" w:hAnsi="Trebuchet MS"/>
        </w:rPr>
        <w:t>art. 309-310 din Legea nr. 169/2026, solicit:</w:t>
      </w:r>
      <w:r w:rsidRPr="00AD3CD8">
        <w:rPr>
          <w:rFonts w:ascii="Trebuchet MS" w:hAnsi="Trebuchet MS"/>
        </w:rPr>
        <w:br/>
      </w:r>
      <w:sdt>
        <w:sdtPr>
          <w:rPr>
            <w:rFonts w:ascii="Trebuchet MS" w:hAnsi="Trebuchet MS"/>
          </w:rPr>
          <w:id w:val="-579371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D3CD8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AD3CD8">
        <w:rPr>
          <w:rFonts w:ascii="Trebuchet MS" w:hAnsi="Trebuchet MS"/>
          <w:sz w:val="18"/>
        </w:rPr>
        <w:t xml:space="preserve"> prelungirea DURATEI DE EXECUȚIE, pentru cel mult 12 luni</w:t>
      </w:r>
      <w:r w:rsidRPr="00AD3CD8">
        <w:rPr>
          <w:rFonts w:ascii="Trebuchet MS" w:hAnsi="Trebuchet MS"/>
        </w:rPr>
        <w:br/>
      </w:r>
      <w:sdt>
        <w:sdtPr>
          <w:rPr>
            <w:rFonts w:ascii="Trebuchet MS" w:hAnsi="Trebuchet MS"/>
          </w:rPr>
          <w:id w:val="1142466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D3CD8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AD3CD8">
        <w:rPr>
          <w:rFonts w:ascii="Trebuchet MS" w:hAnsi="Trebuchet MS"/>
          <w:sz w:val="18"/>
        </w:rPr>
        <w:t xml:space="preserve"> prelungirea VALABILITĂȚII autorizației, pentru cel mult 12 luni</w:t>
      </w:r>
      <w:r w:rsidRPr="00AD3CD8">
        <w:rPr>
          <w:rFonts w:ascii="Trebuchet MS" w:hAnsi="Trebuchet MS"/>
        </w:rPr>
        <w:br/>
        <w:t>De la data .................... Până la data .................... Stadiul lucrări</w:t>
      </w:r>
      <w:r w:rsidRPr="00AD3CD8">
        <w:rPr>
          <w:rFonts w:ascii="Trebuchet MS" w:hAnsi="Trebuchet MS"/>
        </w:rPr>
        <w:t>lor (%): .......... Data începerii efective: ............</w:t>
      </w:r>
      <w:r w:rsidRPr="00AD3CD8">
        <w:rPr>
          <w:rFonts w:ascii="Trebuchet MS" w:hAnsi="Trebuchet MS"/>
        </w:rPr>
        <w:br/>
        <w:t>Lucrările rămase de executat și motivarea: .....................................................................................................................</w:t>
      </w:r>
    </w:p>
    <w:p w:rsidR="00FB68F8" w:rsidRPr="00AD3CD8" w:rsidRDefault="00AD3CD8">
      <w:pPr>
        <w:rPr>
          <w:rFonts w:ascii="Trebuchet MS" w:hAnsi="Trebuchet MS"/>
        </w:rPr>
      </w:pPr>
      <w:r w:rsidRPr="00AD3CD8">
        <w:rPr>
          <w:rFonts w:ascii="Trebuchet MS" w:hAnsi="Trebuchet MS"/>
          <w:b/>
        </w:rPr>
        <w:t xml:space="preserve">5. SE ANEXEAZĂ: </w:t>
      </w:r>
      <w:sdt>
        <w:sdtPr>
          <w:rPr>
            <w:rFonts w:ascii="Trebuchet MS" w:hAnsi="Trebuchet MS"/>
          </w:rPr>
          <w:id w:val="-12138044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D3CD8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AD3CD8">
        <w:rPr>
          <w:rFonts w:ascii="Trebuchet MS" w:hAnsi="Trebuchet MS"/>
          <w:sz w:val="18"/>
        </w:rPr>
        <w:t xml:space="preserve"> autorizația de co</w:t>
      </w:r>
      <w:r w:rsidRPr="00AD3CD8">
        <w:rPr>
          <w:rFonts w:ascii="Trebuchet MS" w:hAnsi="Trebuchet MS"/>
          <w:sz w:val="18"/>
        </w:rPr>
        <w:t>nstruire în original</w:t>
      </w:r>
      <w:r w:rsidRPr="00AD3CD8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-12846530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D3CD8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AD3CD8">
        <w:rPr>
          <w:rFonts w:ascii="Trebuchet MS" w:hAnsi="Trebuchet MS"/>
          <w:sz w:val="18"/>
        </w:rPr>
        <w:t xml:space="preserve"> dovada achitării taxei în copie</w:t>
      </w:r>
    </w:p>
    <w:p w:rsidR="00FB68F8" w:rsidRPr="00AD3CD8" w:rsidRDefault="00AD3CD8">
      <w:pPr>
        <w:rPr>
          <w:rFonts w:ascii="Trebuchet MS" w:hAnsi="Trebuchet MS"/>
        </w:rPr>
      </w:pPr>
      <w:r w:rsidRPr="00AD3CD8">
        <w:rPr>
          <w:rFonts w:ascii="Trebuchet MS" w:hAnsi="Trebuchet MS"/>
          <w:b/>
        </w:rPr>
        <w:t>6. DATA ȘI SEMNĂTURA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467"/>
        <w:gridCol w:w="5467"/>
      </w:tblGrid>
      <w:tr w:rsidR="00FB68F8" w:rsidRPr="00AD3CD8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FB68F8" w:rsidRPr="00AD3CD8" w:rsidRDefault="00AD3CD8">
            <w:pPr>
              <w:rPr>
                <w:rFonts w:ascii="Trebuchet MS" w:hAnsi="Trebuchet MS"/>
              </w:rPr>
            </w:pPr>
            <w:r w:rsidRPr="00AD3CD8">
              <w:rPr>
                <w:rFonts w:ascii="Trebuchet MS" w:hAnsi="Trebuchet MS"/>
                <w:sz w:val="18"/>
              </w:rPr>
              <w:t>Data: ........................................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FB68F8" w:rsidRPr="00AD3CD8" w:rsidRDefault="00AD3CD8">
            <w:pPr>
              <w:rPr>
                <w:rFonts w:ascii="Trebuchet MS" w:hAnsi="Trebuchet MS"/>
              </w:rPr>
            </w:pPr>
            <w:r w:rsidRPr="00AD3CD8">
              <w:rPr>
                <w:rFonts w:ascii="Trebuchet MS" w:hAnsi="Trebuchet MS"/>
                <w:sz w:val="18"/>
              </w:rPr>
              <w:t>Titularul autorizației: ........................................</w:t>
            </w:r>
            <w:r w:rsidRPr="00AD3CD8">
              <w:rPr>
                <w:rFonts w:ascii="Trebuchet MS" w:hAnsi="Trebuchet MS"/>
                <w:sz w:val="18"/>
              </w:rPr>
              <w:br/>
              <w:t>Semnătura: ........................................</w:t>
            </w:r>
          </w:p>
        </w:tc>
      </w:tr>
    </w:tbl>
    <w:p w:rsidR="00FB68F8" w:rsidRPr="00AD3CD8" w:rsidRDefault="00FB68F8">
      <w:pPr>
        <w:spacing w:after="80"/>
        <w:rPr>
          <w:rFonts w:ascii="Trebuchet MS" w:hAnsi="Trebuchet MS"/>
        </w:rPr>
      </w:pPr>
    </w:p>
    <w:sectPr w:rsidR="00FB68F8" w:rsidRPr="00AD3CD8" w:rsidSect="00034616">
      <w:pgSz w:w="12240" w:h="15840"/>
      <w:pgMar w:top="576" w:right="648" w:bottom="576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AD3CD8"/>
    <w:rsid w:val="00B47730"/>
    <w:rsid w:val="00CB0664"/>
    <w:rsid w:val="00FB68F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8FC1A7"/>
  <w14:defaultImageDpi w14:val="300"/>
  <w15:docId w15:val="{964652A7-E6B6-4CA0-9456-1D52D181B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C693F"/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5C1460E-E81A-4942-B064-98E9283A0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Legion</cp:lastModifiedBy>
  <cp:revision>2</cp:revision>
  <dcterms:created xsi:type="dcterms:W3CDTF">2026-09-11T08:46:00Z</dcterms:created>
  <dcterms:modified xsi:type="dcterms:W3CDTF">2026-09-11T08:46:00Z</dcterms:modified>
  <cp:category/>
</cp:coreProperties>
</file>